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Formular de candidatură</w:t>
      </w:r>
    </w:p>
    <w:p>
      <w:r>
        <w:t>STARGATE CREWING AGENCY SRL</w:t>
      </w:r>
    </w:p>
    <w:p>
      <w:r>
        <w:t>Completați numai datele necesare recrutării. Trimiteți formularul sau CV-ul la office@stargate-agency.ro ori prin formularul online de pe stargatecrewing.ro.</w:t>
      </w:r>
    </w:p>
    <w:p>
      <w:r>
        <w:t>Nume complet</w:t>
        <w:br/>
        <w:t>___________________________________________________________________________________</w:t>
      </w:r>
    </w:p>
    <w:p>
      <w:r>
        <w:t>E-mail</w:t>
        <w:br/>
        <w:t>___________________________________________________________________________________</w:t>
      </w:r>
    </w:p>
    <w:p>
      <w:r>
        <w:t>Telefon opțional</w:t>
        <w:br/>
        <w:t>___________________________________________________________________________________</w:t>
      </w:r>
    </w:p>
    <w:p>
      <w:r>
        <w:t>Funcția solicitată</w:t>
        <w:br/>
        <w:t>___________________________________________________________________________________</w:t>
      </w:r>
    </w:p>
    <w:p>
      <w:r>
        <w:t>Experiență relevantă</w:t>
        <w:br/>
        <w:t>___________________________________________________________________________________</w:t>
        <w:br/>
        <w:t>___________________________________________________________________________________</w:t>
      </w:r>
    </w:p>
    <w:p>
      <w:r>
        <w:t>Calificări relevante și disponibilitate</w:t>
        <w:br/>
        <w:t>___________________________________________________________________________________</w:t>
        <w:br/>
        <w:t>___________________________________________________________________________________</w:t>
      </w:r>
    </w:p>
    <w:p>
      <w:r>
        <w:t>Nu includeți date medicale, copii de identitate, date bancare sau familiale. Nu se solicită fotografie, dată de naștere sau semnătură scanată în etapa inițială.</w:t>
      </w:r>
    </w:p>
    <w:p>
      <w:r>
        <w:t>[  ] Bifați numai dacă sunteți de acord: Consimt la prelucrarea datelor și CV-ului pentru evaluarea candidaturii și oportunități de recrutare în cadrul agenției, până la retragerea consimțământului, cât timp sunt necesare acestui scop. Am citit informarea de confidențialitate.</w:t>
      </w:r>
    </w:p>
    <w:p>
      <w:r>
        <w:t>Retrageți oricând, gratuit, la office@stargate-agency.ro sau prin telefon la +40 241 618 601. Vom opri prelucrarea și vom șterge datele și copiile controlate de agenție. Retragerea nu afectează legalitatea prelucrării anterioare. Datele nu sunt transmise către armatori sau parteneri. Consultați stargatecrewing.ro/ro/privacy pentru drepturi, acces, furnizori și detalii.</w:t>
      </w:r>
    </w:p>
    <w:p>
      <w:r>
        <w:t>Data și confirmarea acordului: ______________________</w:t>
      </w:r>
    </w:p>
    <w:p>
      <w:r>
        <w:t>CUI 16229460 · J2004005669130 · 103 Ion Lahovari, Constanța · 16.10.2026 consent-v2</w:t>
      </w:r>
    </w:p>
    <w:p>
      <w:r>
        <w:br w:type="page"/>
      </w:r>
    </w:p>
    <w:p>
      <w:pPr>
        <w:pStyle w:val="Title"/>
      </w:pPr>
      <w:r>
        <w:t>Application form</w:t>
      </w:r>
    </w:p>
    <w:p>
      <w:r>
        <w:t>STARGATE CREWING AGENCY SRL</w:t>
      </w:r>
    </w:p>
    <w:p>
      <w:r>
        <w:t>Complete only the information needed for recruitment. Send this form or your CV to office@stargate-agency.ro or use the online form at stargatecrewing.ro.</w:t>
      </w:r>
    </w:p>
    <w:p>
      <w:r>
        <w:t>Full name</w:t>
        <w:br/>
        <w:t>___________________________________________________________________________________</w:t>
      </w:r>
    </w:p>
    <w:p>
      <w:r>
        <w:t>Email</w:t>
        <w:br/>
        <w:t>___________________________________________________________________________________</w:t>
      </w:r>
    </w:p>
    <w:p>
      <w:r>
        <w:t>Optional phone</w:t>
        <w:br/>
        <w:t>___________________________________________________________________________________</w:t>
      </w:r>
    </w:p>
    <w:p>
      <w:r>
        <w:t>Rank applied for</w:t>
        <w:br/>
        <w:t>___________________________________________________________________________________</w:t>
      </w:r>
    </w:p>
    <w:p>
      <w:r>
        <w:t>Relevant experience</w:t>
        <w:br/>
        <w:t>___________________________________________________________________________________</w:t>
        <w:br/>
        <w:t>___________________________________________________________________________________</w:t>
      </w:r>
    </w:p>
    <w:p>
      <w:r>
        <w:t>Relevant qualifications and availability</w:t>
        <w:br/>
        <w:t>___________________________________________________________________________________</w:t>
        <w:br/>
        <w:t>___________________________________________________________________________________</w:t>
      </w:r>
    </w:p>
    <w:p>
      <w:r>
        <w:t>Do not include medical information, identity documents, banking or family details. A photograph, date of birth and scanned signature are not required at this initial stage.</w:t>
      </w:r>
    </w:p>
    <w:p>
      <w:r>
        <w:t>[  ] Tick only if you agree: I consent to processing my details and CV to assess my application and recruitment opportunities within the agency, until I withdraw consent, while necessary for this purpose. I have read the privacy notice.</w:t>
      </w:r>
    </w:p>
    <w:p>
      <w:r>
        <w:t>Withdraw at any time, free of charge, at office@stargate-agency.ro or by phone on +40 241 618 601. We will stop processing and delete your data and agency-controlled copies. Withdrawal does not affect the lawfulness of earlier processing. Data is not forwarded to shipowners or partners. See stargatecrewing.ro/en/privacy for rights, access, providers and details.</w:t>
      </w:r>
    </w:p>
    <w:p>
      <w:r>
        <w:t>Date and consent confirmation: ______________________</w:t>
      </w:r>
    </w:p>
    <w:p>
      <w:r>
        <w:t>CUI 16229460 · J2004005669130 · 103 Ion Lahovari, Constanța · 16.10.2026 consent-v2</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